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7AF4B48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376A92" w14:textId="77777777" w:rsidR="00A13A78" w:rsidRDefault="00CA556C">
            <w:r>
              <w:rPr>
                <w:b/>
                <w:color w:val="77206D"/>
              </w:rPr>
              <w:t>APPLICATION FORM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6F18DF" w14:textId="77777777" w:rsidR="00A13A78" w:rsidRDefault="00CA556C">
            <w:pPr>
              <w:jc w:val="right"/>
            </w:pPr>
            <w:r>
              <w:rPr>
                <w:b/>
                <w:color w:val="112B19"/>
              </w:rPr>
              <w:t>PAGE 1 OF 4</w:t>
            </w:r>
          </w:p>
        </w:tc>
      </w:tr>
    </w:tbl>
    <w:p w14:paraId="3BDF7F2C" w14:textId="77777777" w:rsidR="00A13A78" w:rsidRDefault="00CA556C">
      <w:pPr>
        <w:pStyle w:val="Title"/>
        <w:jc w:val="center"/>
      </w:pPr>
      <w:r>
        <w:t>Application to host and operate</w:t>
      </w:r>
      <w:r>
        <w:br/>
        <w:t>Ireland’s National Node of CESSDA</w:t>
      </w:r>
    </w:p>
    <w:p w14:paraId="3E190184" w14:textId="77777777" w:rsidR="00A13A78" w:rsidRDefault="00CA556C">
      <w:pPr>
        <w:spacing w:after="80"/>
        <w:jc w:val="center"/>
      </w:pPr>
      <w:r>
        <w:rPr>
          <w:b/>
          <w:color w:val="112B19"/>
        </w:rPr>
        <w:t>Arrangement period: 1 January 2027 to 31 December 2030</w:t>
      </w: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47C5F9D3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26C989" w14:textId="77777777" w:rsidR="00A13A78" w:rsidRDefault="00CA556C">
            <w:r>
              <w:rPr>
                <w:b/>
                <w:color w:val="112B19"/>
              </w:rPr>
              <w:t>Eligibility</w:t>
            </w:r>
          </w:p>
        </w:tc>
      </w:tr>
      <w:tr w:rsidR="00A13A78" w14:paraId="0EC05D81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660123" w14:textId="77777777" w:rsidR="00A13A78" w:rsidRDefault="00CA556C">
            <w:r>
              <w:rPr>
                <w:color w:val="5F6368"/>
                <w:sz w:val="16"/>
              </w:rPr>
              <w:t>Applications are invited from Eligible Research Bodies. The applicant must identify the Eligible Research Body that will host and operate Ireland’s National Node of CESSDA for the full arrangement period.</w:t>
            </w:r>
          </w:p>
        </w:tc>
      </w:tr>
    </w:tbl>
    <w:p w14:paraId="672A6659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3939BD18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43D88A" w14:textId="77777777" w:rsidR="00A13A78" w:rsidRDefault="00CA556C">
            <w:r>
              <w:rPr>
                <w:b/>
                <w:color w:val="112B19"/>
              </w:rPr>
              <w:t>Submission instructions</w:t>
            </w:r>
          </w:p>
        </w:tc>
      </w:tr>
      <w:tr w:rsidR="00A13A78" w14:paraId="75833FF4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65AE7A" w14:textId="202A1989" w:rsidR="00A13A78" w:rsidRDefault="00CA556C">
            <w:r>
              <w:rPr>
                <w:color w:val="5F6368"/>
                <w:sz w:val="16"/>
              </w:rPr>
              <w:t>Submit the completed four-page application form and the separate budget annex together by email to erics@researchireland.ie by 4.00 pm on 20 November 2026. The four-page limit excludes the budget annex. Replace all guidance text before submission.</w:t>
            </w:r>
            <w:r w:rsidR="003768EB">
              <w:rPr>
                <w:color w:val="5F6368"/>
                <w:sz w:val="16"/>
              </w:rPr>
              <w:t xml:space="preserve"> Additional information such as this box can be deleted for space.</w:t>
            </w:r>
          </w:p>
        </w:tc>
      </w:tr>
    </w:tbl>
    <w:p w14:paraId="0A37501D" w14:textId="77777777" w:rsidR="00A13A78" w:rsidRDefault="00A13A78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2C487E70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16D17B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A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217D07" w14:textId="77777777" w:rsidR="00A13A78" w:rsidRDefault="00CA556C">
            <w:r>
              <w:rPr>
                <w:b/>
                <w:color w:val="FFFFFF"/>
                <w:sz w:val="20"/>
              </w:rPr>
              <w:t>Applicant details</w:t>
            </w:r>
          </w:p>
        </w:tc>
      </w:tr>
    </w:tbl>
    <w:p w14:paraId="5DAB6C7B" w14:textId="77777777" w:rsidR="00A13A78" w:rsidRDefault="00A13A78">
      <w:pPr>
        <w:spacing w:after="20"/>
      </w:pPr>
    </w:p>
    <w:tbl>
      <w:tblPr>
        <w:tblW w:w="10166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614B5F02" w14:textId="77777777" w:rsidTr="00E0520C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6C7289" w14:textId="77777777" w:rsidR="00A13A78" w:rsidRDefault="00CA556C">
            <w:r>
              <w:rPr>
                <w:b/>
                <w:color w:val="112B19"/>
                <w:sz w:val="16"/>
              </w:rPr>
              <w:t>Eligible Research Body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3E277F" w14:textId="77777777" w:rsidR="00A13A78" w:rsidRDefault="00CA556C">
            <w:r>
              <w:rPr>
                <w:color w:val="5F6368"/>
                <w:sz w:val="16"/>
              </w:rPr>
              <w:t>Click or tap here to enter text.</w:t>
            </w:r>
          </w:p>
        </w:tc>
      </w:tr>
      <w:tr w:rsidR="00A13A78" w14:paraId="1E74EE47" w14:textId="77777777" w:rsidTr="00E0520C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F46FCA" w14:textId="77777777" w:rsidR="00A13A78" w:rsidRDefault="00CA556C">
            <w:r>
              <w:rPr>
                <w:b/>
                <w:color w:val="112B19"/>
                <w:sz w:val="16"/>
              </w:rPr>
              <w:t>Lead contact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14D7C8" w14:textId="77777777" w:rsidR="00A13A78" w:rsidRDefault="00CA556C">
            <w:r>
              <w:rPr>
                <w:color w:val="5F6368"/>
                <w:sz w:val="16"/>
              </w:rPr>
              <w:t>Click or tap here to enter text.</w:t>
            </w:r>
          </w:p>
        </w:tc>
      </w:tr>
      <w:tr w:rsidR="00A13A78" w14:paraId="05E6EDD8" w14:textId="77777777" w:rsidTr="00E0520C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C6FDC5" w14:textId="77777777" w:rsidR="00A13A78" w:rsidRDefault="00CA556C">
            <w:r>
              <w:rPr>
                <w:b/>
                <w:color w:val="112B19"/>
                <w:sz w:val="16"/>
              </w:rPr>
              <w:t>Role / position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62E849" w14:textId="77777777" w:rsidR="00A13A78" w:rsidRDefault="00CA556C">
            <w:r>
              <w:rPr>
                <w:color w:val="5F6368"/>
                <w:sz w:val="16"/>
              </w:rPr>
              <w:t>Click or tap here to enter text.</w:t>
            </w:r>
          </w:p>
        </w:tc>
      </w:tr>
      <w:tr w:rsidR="00A13A78" w14:paraId="73A30A58" w14:textId="77777777" w:rsidTr="00E0520C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C6109E" w14:textId="77777777" w:rsidR="00A13A78" w:rsidRDefault="00CA556C">
            <w:r>
              <w:rPr>
                <w:b/>
                <w:color w:val="112B19"/>
                <w:sz w:val="16"/>
              </w:rPr>
              <w:t>Email address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951852" w14:textId="77777777" w:rsidR="00A13A78" w:rsidRDefault="00CA556C">
            <w:r>
              <w:rPr>
                <w:color w:val="5F6368"/>
                <w:sz w:val="16"/>
              </w:rPr>
              <w:t>Click or tap here to enter text.</w:t>
            </w:r>
          </w:p>
        </w:tc>
      </w:tr>
      <w:tr w:rsidR="00A13A78" w14:paraId="2399D78E" w14:textId="77777777" w:rsidTr="00E0520C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E7739F" w14:textId="77777777" w:rsidR="00A13A78" w:rsidRDefault="00CA556C">
            <w:r>
              <w:rPr>
                <w:b/>
                <w:color w:val="112B19"/>
                <w:sz w:val="16"/>
              </w:rPr>
              <w:t>Proposed service / unit name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E69C4A" w14:textId="77777777" w:rsidR="00A13A78" w:rsidRDefault="00CA556C">
            <w:r>
              <w:rPr>
                <w:color w:val="5F6368"/>
                <w:sz w:val="16"/>
              </w:rPr>
              <w:t>Click or tap here to enter text.</w:t>
            </w:r>
          </w:p>
        </w:tc>
      </w:tr>
    </w:tbl>
    <w:p w14:paraId="02EB378F" w14:textId="77777777" w:rsidR="00A13A78" w:rsidRDefault="00A13A78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7A0F27B8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9841BE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22C908" w14:textId="77777777" w:rsidR="00A13A78" w:rsidRDefault="00CA556C">
            <w:r>
              <w:rPr>
                <w:b/>
                <w:color w:val="FFFFFF"/>
                <w:sz w:val="20"/>
              </w:rPr>
              <w:t>Methodology and delivery plan</w:t>
            </w:r>
          </w:p>
        </w:tc>
      </w:tr>
    </w:tbl>
    <w:p w14:paraId="6A05A809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6C6136AA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E2FE99" w14:textId="77777777" w:rsidR="00A13A78" w:rsidRDefault="00CA556C">
            <w:r>
              <w:rPr>
                <w:b/>
                <w:color w:val="112B19"/>
                <w:sz w:val="18"/>
              </w:rPr>
              <w:t>Describe the proposed approach to hosting and operating Ireland’s National Node of CESSDA for 2027–2030.</w:t>
            </w:r>
          </w:p>
        </w:tc>
      </w:tr>
      <w:tr w:rsidR="00A13A78" w14:paraId="69428CDB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863C2E" w14:textId="77777777" w:rsidR="00A13A78" w:rsidRDefault="00CA556C">
            <w:r>
              <w:rPr>
                <w:color w:val="5F6368"/>
                <w:sz w:val="15"/>
              </w:rPr>
              <w:t xml:space="preserve">Your response should </w:t>
            </w:r>
            <w:proofErr w:type="gramStart"/>
            <w:r>
              <w:rPr>
                <w:color w:val="5F6368"/>
                <w:sz w:val="15"/>
              </w:rPr>
              <w:t>address:</w:t>
            </w:r>
            <w:proofErr w:type="gramEnd"/>
            <w:r>
              <w:rPr>
                <w:color w:val="5F6368"/>
                <w:sz w:val="15"/>
              </w:rPr>
              <w:t xml:space="preserve"> repository operation and maintenance; deposit, curation, preservation, documentation, anonymisation and appropriate access; integration with the CESSDA Data Catalogue and relevant standards; DataCite DOIs; FAIR data and Open Science; user support, training, outreach and communications; participation in CESSDA activities; and key annual deliverables and milestones. Suggested maximum: 700 words.</w:t>
            </w:r>
          </w:p>
        </w:tc>
      </w:tr>
      <w:tr w:rsidR="00A13A78" w14:paraId="5ED8C455" w14:textId="77777777">
        <w:tc>
          <w:tcPr>
            <w:tcW w:w="1016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91FE6C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</w:tbl>
    <w:p w14:paraId="5A39BBE3" w14:textId="77777777" w:rsidR="00A13A78" w:rsidRDefault="00A13A78">
      <w:pPr>
        <w:spacing w:after="20"/>
      </w:pPr>
    </w:p>
    <w:p w14:paraId="41C8F396" w14:textId="77777777" w:rsidR="00A13A78" w:rsidRDefault="00CA556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72E5BD6C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5C86E9" w14:textId="77777777" w:rsidR="00A13A78" w:rsidRDefault="00CA556C">
            <w:r>
              <w:rPr>
                <w:b/>
                <w:color w:val="77206D"/>
              </w:rPr>
              <w:lastRenderedPageBreak/>
              <w:t>APPLICATION FORM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21AEFD" w14:textId="77777777" w:rsidR="00A13A78" w:rsidRDefault="00CA556C">
            <w:pPr>
              <w:jc w:val="right"/>
            </w:pPr>
            <w:r>
              <w:rPr>
                <w:b/>
                <w:color w:val="112B19"/>
              </w:rPr>
              <w:t>PAGE 2 OF 4</w:t>
            </w:r>
          </w:p>
        </w:tc>
      </w:tr>
    </w:tbl>
    <w:p w14:paraId="0D0B940D" w14:textId="77777777" w:rsidR="00A13A78" w:rsidRDefault="00A13A78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5147062D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F999B5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76B1E5" w14:textId="77777777" w:rsidR="00A13A78" w:rsidRDefault="00CA556C">
            <w:r>
              <w:rPr>
                <w:b/>
                <w:color w:val="FFFFFF"/>
                <w:sz w:val="20"/>
              </w:rPr>
              <w:t>Expertise, technical and institutional capacity</w:t>
            </w:r>
          </w:p>
        </w:tc>
      </w:tr>
    </w:tbl>
    <w:p w14:paraId="0E27B00A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5268F00A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7BF4AF" w14:textId="77777777" w:rsidR="00A13A78" w:rsidRDefault="00CA556C">
            <w:r>
              <w:rPr>
                <w:b/>
                <w:color w:val="112B19"/>
                <w:sz w:val="18"/>
              </w:rPr>
              <w:t>Demonstrate that the applicant organisation and proposed team have the expertise, resources and institutional capacity required to deliver the national service.</w:t>
            </w:r>
          </w:p>
        </w:tc>
      </w:tr>
      <w:tr w:rsidR="00A13A78" w14:paraId="63D65440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1C4412" w14:textId="77777777" w:rsidR="00A13A78" w:rsidRDefault="00CA556C">
            <w:r>
              <w:rPr>
                <w:color w:val="5F6368"/>
                <w:sz w:val="15"/>
              </w:rPr>
              <w:t xml:space="preserve">Your response should </w:t>
            </w:r>
            <w:proofErr w:type="gramStart"/>
            <w:r>
              <w:rPr>
                <w:color w:val="5F6368"/>
                <w:sz w:val="15"/>
              </w:rPr>
              <w:t>address:</w:t>
            </w:r>
            <w:proofErr w:type="gramEnd"/>
            <w:r>
              <w:rPr>
                <w:color w:val="5F6368"/>
                <w:sz w:val="15"/>
              </w:rPr>
              <w:t xml:space="preserve"> relevant organisational track record; expertise and experience of the proposed team; team structure, roles and indicative staffing; technical infrastructure and systems; data stewardship, information security and preservation capability; facilities; and institutional support and commitment. Suggested maximum: 500 words.</w:t>
            </w:r>
          </w:p>
        </w:tc>
      </w:tr>
      <w:tr w:rsidR="00A13A78" w14:paraId="4F06CB8D" w14:textId="77777777">
        <w:tc>
          <w:tcPr>
            <w:tcW w:w="1016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CDB35D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</w:tbl>
    <w:p w14:paraId="60061E4C" w14:textId="77777777" w:rsidR="00A13A78" w:rsidRDefault="00A13A78">
      <w:pPr>
        <w:spacing w:after="20"/>
      </w:pPr>
    </w:p>
    <w:p w14:paraId="44EAFD9C" w14:textId="77777777" w:rsidR="00A13A78" w:rsidRDefault="00CA556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2A70E13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E3E82C" w14:textId="77777777" w:rsidR="00A13A78" w:rsidRDefault="00CA556C">
            <w:r>
              <w:rPr>
                <w:b/>
                <w:color w:val="77206D"/>
              </w:rPr>
              <w:lastRenderedPageBreak/>
              <w:t>APPLICATION FORM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C3CF49" w14:textId="77777777" w:rsidR="00A13A78" w:rsidRDefault="00CA556C">
            <w:pPr>
              <w:jc w:val="right"/>
            </w:pPr>
            <w:r>
              <w:rPr>
                <w:b/>
                <w:color w:val="112B19"/>
              </w:rPr>
              <w:t>PAGE 3 OF 4</w:t>
            </w:r>
          </w:p>
        </w:tc>
      </w:tr>
      <w:tr w:rsidR="00A13A78" w14:paraId="0EDD3E9B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CD5EC4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5FA77A" w14:textId="77777777" w:rsidR="00A13A78" w:rsidRDefault="00CA556C">
            <w:r>
              <w:rPr>
                <w:b/>
                <w:color w:val="FFFFFF"/>
                <w:sz w:val="20"/>
              </w:rPr>
              <w:t>National reach, governance, risk and service continuity</w:t>
            </w:r>
          </w:p>
        </w:tc>
      </w:tr>
    </w:tbl>
    <w:p w14:paraId="4B94D5A5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6FD84351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DF7D7D" w14:textId="77777777" w:rsidR="00A13A78" w:rsidRDefault="00CA556C">
            <w:r>
              <w:rPr>
                <w:b/>
                <w:color w:val="112B19"/>
                <w:sz w:val="18"/>
              </w:rPr>
              <w:t>Explain how the proposed service will operate as a national service and how effective governance, risk management and continuity will be assured.</w:t>
            </w:r>
          </w:p>
        </w:tc>
      </w:tr>
      <w:tr w:rsidR="00A13A78" w14:paraId="372E8281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6A6822" w14:textId="5913E7AA" w:rsidR="00A13A78" w:rsidRDefault="00CA556C">
            <w:r>
              <w:rPr>
                <w:color w:val="5F6368"/>
                <w:sz w:val="15"/>
              </w:rPr>
              <w:t xml:space="preserve">Your response should </w:t>
            </w:r>
            <w:proofErr w:type="gramStart"/>
            <w:r>
              <w:rPr>
                <w:color w:val="5F6368"/>
                <w:sz w:val="15"/>
              </w:rPr>
              <w:t>address:</w:t>
            </w:r>
            <w:proofErr w:type="gramEnd"/>
            <w:r>
              <w:rPr>
                <w:color w:val="5F6368"/>
                <w:sz w:val="15"/>
              </w:rPr>
              <w:t xml:space="preserve"> support for data producers and users across Ireland; stakeholder engagement and national reach; governance, accountability and quality assurance; CESSDA governance; key operational, technical, staffing and compliance risks and mitigations; transition and business continuity; knowledge retention and succession; and reporting on delivery, expenditure, outputs and impact. Suggested maximum: 500 words.</w:t>
            </w:r>
          </w:p>
        </w:tc>
      </w:tr>
      <w:tr w:rsidR="00A13A78" w14:paraId="43B9CF38" w14:textId="77777777">
        <w:tc>
          <w:tcPr>
            <w:tcW w:w="1016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06BDBB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</w:tbl>
    <w:p w14:paraId="3DEEC669" w14:textId="77777777" w:rsidR="00A13A78" w:rsidRDefault="00A13A78">
      <w:pPr>
        <w:spacing w:after="20"/>
      </w:pPr>
    </w:p>
    <w:p w14:paraId="3656B9AB" w14:textId="77777777" w:rsidR="00A13A78" w:rsidRDefault="00CA556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3E7A1F19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CC3194" w14:textId="77777777" w:rsidR="00A13A78" w:rsidRDefault="00CA556C">
            <w:r>
              <w:rPr>
                <w:b/>
                <w:color w:val="77206D"/>
              </w:rPr>
              <w:lastRenderedPageBreak/>
              <w:t>APPLICATION FORM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A583F1" w14:textId="77777777" w:rsidR="00A13A78" w:rsidRDefault="00CA556C">
            <w:pPr>
              <w:jc w:val="right"/>
            </w:pPr>
            <w:r>
              <w:rPr>
                <w:b/>
                <w:color w:val="112B19"/>
              </w:rPr>
              <w:t>PAGE 4 OF 4</w:t>
            </w:r>
          </w:p>
        </w:tc>
      </w:tr>
      <w:tr w:rsidR="00A13A78" w14:paraId="30AB173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98DEE6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DF79E7" w14:textId="77777777" w:rsidR="00A13A78" w:rsidRDefault="00CA556C">
            <w:r>
              <w:rPr>
                <w:b/>
                <w:color w:val="FFFFFF"/>
                <w:sz w:val="20"/>
              </w:rPr>
              <w:t>Value for money</w:t>
            </w:r>
          </w:p>
        </w:tc>
      </w:tr>
    </w:tbl>
    <w:p w14:paraId="45FB0818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4A224276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23B3CD" w14:textId="77777777" w:rsidR="00A13A78" w:rsidRDefault="00CA556C">
            <w:r>
              <w:rPr>
                <w:b/>
                <w:color w:val="112B19"/>
                <w:sz w:val="18"/>
              </w:rPr>
              <w:t>Explain how the proposal represents value for money and how the proposed resources are proportionate to the activities and outputs to be delivered.</w:t>
            </w:r>
          </w:p>
        </w:tc>
      </w:tr>
      <w:tr w:rsidR="00A13A78" w14:paraId="09AD9A78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2AB722" w14:textId="0C52F3E6" w:rsidR="00A13A78" w:rsidRDefault="00CA556C">
            <w:r>
              <w:rPr>
                <w:color w:val="5F6368"/>
                <w:sz w:val="15"/>
              </w:rPr>
              <w:t xml:space="preserve">Your response should </w:t>
            </w:r>
            <w:proofErr w:type="gramStart"/>
            <w:r>
              <w:rPr>
                <w:color w:val="5F6368"/>
                <w:sz w:val="15"/>
              </w:rPr>
              <w:t>address:</w:t>
            </w:r>
            <w:proofErr w:type="gramEnd"/>
            <w:r>
              <w:rPr>
                <w:color w:val="5F6368"/>
                <w:sz w:val="15"/>
              </w:rPr>
              <w:t xml:space="preserve"> overall cost effectiveness; relationship between staffing and resources and the proposed work </w:t>
            </w:r>
            <w:proofErr w:type="spellStart"/>
            <w:r>
              <w:rPr>
                <w:color w:val="5F6368"/>
                <w:sz w:val="15"/>
              </w:rPr>
              <w:t>programme</w:t>
            </w:r>
            <w:proofErr w:type="spellEnd"/>
            <w:r>
              <w:rPr>
                <w:color w:val="5F6368"/>
                <w:sz w:val="15"/>
              </w:rPr>
              <w:t>; efficiencies or institutional contributions, where applicable; and justification for significant expenditure. Complete the separate calendar-year budget annex. Suggested maximum: 300 words.</w:t>
            </w:r>
          </w:p>
        </w:tc>
      </w:tr>
      <w:tr w:rsidR="00A13A78" w14:paraId="593EB56A" w14:textId="77777777">
        <w:tc>
          <w:tcPr>
            <w:tcW w:w="1016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E14830" w14:textId="77777777" w:rsidR="00A13A78" w:rsidRDefault="00CA556C">
            <w:pPr>
              <w:rPr>
                <w:color w:val="5F6368"/>
              </w:rPr>
            </w:pPr>
            <w:r>
              <w:rPr>
                <w:color w:val="5F6368"/>
              </w:rPr>
              <w:t>Click or tap here to enter text.</w:t>
            </w:r>
          </w:p>
          <w:p w14:paraId="51C6AD9C" w14:textId="77777777" w:rsidR="00945014" w:rsidRDefault="00945014">
            <w:pPr>
              <w:rPr>
                <w:color w:val="5F6368"/>
              </w:rPr>
            </w:pPr>
          </w:p>
          <w:p w14:paraId="4C82A6EF" w14:textId="77777777" w:rsidR="00945014" w:rsidRDefault="00945014">
            <w:pPr>
              <w:rPr>
                <w:color w:val="5F6368"/>
              </w:rPr>
            </w:pPr>
          </w:p>
          <w:p w14:paraId="1929414A" w14:textId="77777777" w:rsidR="00945014" w:rsidRDefault="00945014">
            <w:pPr>
              <w:rPr>
                <w:color w:val="5F6368"/>
              </w:rPr>
            </w:pPr>
          </w:p>
          <w:p w14:paraId="33B99C74" w14:textId="77777777" w:rsidR="00945014" w:rsidRDefault="00945014">
            <w:pPr>
              <w:rPr>
                <w:color w:val="5F6368"/>
              </w:rPr>
            </w:pPr>
          </w:p>
          <w:p w14:paraId="776201AF" w14:textId="77777777" w:rsidR="00945014" w:rsidRDefault="00945014">
            <w:pPr>
              <w:rPr>
                <w:color w:val="5F6368"/>
              </w:rPr>
            </w:pPr>
          </w:p>
          <w:p w14:paraId="723B2F1F" w14:textId="77777777" w:rsidR="00945014" w:rsidRDefault="00945014"/>
        </w:tc>
      </w:tr>
    </w:tbl>
    <w:p w14:paraId="049F31CB" w14:textId="77777777" w:rsidR="00A13A78" w:rsidRDefault="00A13A78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768071E8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ED4E73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20"/>
              </w:rPr>
              <w:t>B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C6D235" w14:textId="77777777" w:rsidR="00A13A78" w:rsidRDefault="00CA556C">
            <w:r>
              <w:rPr>
                <w:b/>
                <w:color w:val="FFFFFF"/>
                <w:sz w:val="20"/>
              </w:rPr>
              <w:t>Declaration and authorisation</w:t>
            </w:r>
          </w:p>
        </w:tc>
      </w:tr>
    </w:tbl>
    <w:p w14:paraId="53128261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6B777756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050319" w14:textId="77777777" w:rsidR="00A13A78" w:rsidRDefault="00CA556C">
            <w:r>
              <w:rPr>
                <w:b/>
                <w:color w:val="112B19"/>
              </w:rPr>
              <w:t>Applicant declaration</w:t>
            </w:r>
          </w:p>
        </w:tc>
      </w:tr>
      <w:tr w:rsidR="00A13A78" w14:paraId="20C8620F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1CD489" w14:textId="77777777" w:rsidR="00A13A78" w:rsidRDefault="00CA556C">
            <w:r>
              <w:rPr>
                <w:color w:val="5F6368"/>
                <w:sz w:val="16"/>
              </w:rPr>
              <w:t>I confirm that the information in this application is accurate; the applicant is an Eligible Research Body; the application has been authorised by the applicant organisation; the organisation has the authority and capacity to deliver the proposed service for the full arrangement period; and the proposed costs are accurate and inclusive of applicable overheads.</w:t>
            </w:r>
          </w:p>
        </w:tc>
      </w:tr>
    </w:tbl>
    <w:p w14:paraId="62486C05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40CA897A" w14:textId="77777777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4748E8" w14:textId="77777777" w:rsidR="00A13A78" w:rsidRDefault="00CA556C">
            <w:r>
              <w:rPr>
                <w:b/>
                <w:color w:val="112B19"/>
              </w:rPr>
              <w:t>Authorised signatory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E27D6D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  <w:tr w:rsidR="00A13A78" w14:paraId="0AEF5C69" w14:textId="77777777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F8972E" w14:textId="77777777" w:rsidR="00A13A78" w:rsidRDefault="00CA556C">
            <w:r>
              <w:rPr>
                <w:b/>
                <w:color w:val="112B19"/>
              </w:rPr>
              <w:t>Position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395BFE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  <w:tr w:rsidR="00A13A78" w14:paraId="4CCB031D" w14:textId="77777777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9C2904" w14:textId="77777777" w:rsidR="00A13A78" w:rsidRDefault="00CA556C">
            <w:r>
              <w:rPr>
                <w:b/>
                <w:color w:val="112B19"/>
              </w:rPr>
              <w:t>Signature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01652C" w14:textId="77777777" w:rsidR="00A13A78" w:rsidRDefault="00A13A78"/>
        </w:tc>
      </w:tr>
      <w:tr w:rsidR="00A13A78" w14:paraId="2EC79E89" w14:textId="77777777">
        <w:tc>
          <w:tcPr>
            <w:tcW w:w="5083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1072FA" w14:textId="77777777" w:rsidR="00A13A78" w:rsidRDefault="00CA556C">
            <w:r>
              <w:rPr>
                <w:b/>
                <w:color w:val="112B19"/>
              </w:rPr>
              <w:t>Date</w:t>
            </w:r>
          </w:p>
        </w:tc>
        <w:tc>
          <w:tcPr>
            <w:tcW w:w="508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3EC3D1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</w:tbl>
    <w:p w14:paraId="4B99056E" w14:textId="77777777" w:rsidR="00A13A78" w:rsidRDefault="00A13A78">
      <w:pPr>
        <w:spacing w:after="20"/>
      </w:pPr>
    </w:p>
    <w:p w14:paraId="1299C43A" w14:textId="77777777" w:rsidR="00A13A78" w:rsidRDefault="00A13A78">
      <w:pPr>
        <w:spacing w:after="20"/>
      </w:pPr>
    </w:p>
    <w:p w14:paraId="4DDBEF00" w14:textId="77777777" w:rsidR="00A13A78" w:rsidRDefault="00CA556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13A78" w14:paraId="23D5CD8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302CDD" w14:textId="77777777" w:rsidR="00A13A78" w:rsidRDefault="00CA556C">
            <w:r>
              <w:rPr>
                <w:b/>
                <w:color w:val="77206D"/>
              </w:rPr>
              <w:lastRenderedPageBreak/>
              <w:t>APPLICATION FORM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AE5E00" w14:textId="77777777" w:rsidR="00A13A78" w:rsidRDefault="00CA556C">
            <w:pPr>
              <w:jc w:val="right"/>
            </w:pPr>
            <w:r>
              <w:rPr>
                <w:b/>
                <w:color w:val="112B19"/>
              </w:rPr>
              <w:t>BUDGET ANNEX — EXCLUDED FROM PAGE LIMIT</w:t>
            </w:r>
          </w:p>
        </w:tc>
      </w:tr>
    </w:tbl>
    <w:p w14:paraId="5EB62A6D" w14:textId="77777777" w:rsidR="00A13A78" w:rsidRDefault="00CA556C">
      <w:pPr>
        <w:pStyle w:val="Title"/>
        <w:jc w:val="center"/>
      </w:pPr>
      <w:r>
        <w:t>Detailed calendar-year budget</w:t>
      </w: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65AD83CA" w14:textId="77777777" w:rsidTr="4C4E0A9E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90486C" w14:textId="77777777" w:rsidR="00A13A78" w:rsidRDefault="00CA556C">
            <w:r>
              <w:rPr>
                <w:b/>
                <w:color w:val="112B19"/>
              </w:rPr>
              <w:t>Budget parameters</w:t>
            </w:r>
          </w:p>
        </w:tc>
      </w:tr>
      <w:tr w:rsidR="00A13A78" w14:paraId="1E24E731" w14:textId="77777777" w:rsidTr="4C4E0A9E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6A9099" w14:textId="640ADC11" w:rsidR="00A13A78" w:rsidRDefault="4C4E0A9E">
            <w:r w:rsidRPr="4C4E0A9E">
              <w:rPr>
                <w:color w:val="5F6368"/>
                <w:sz w:val="16"/>
                <w:szCs w:val="16"/>
              </w:rPr>
              <w:t>Maximum running-cost provision: €900,000 inclusive of 30% overheads for 1 January 2027 to 31 December 2030. Average annual running cost: €225,000.</w:t>
            </w:r>
          </w:p>
        </w:tc>
      </w:tr>
    </w:tbl>
    <w:p w14:paraId="3461D779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694"/>
        <w:gridCol w:w="1694"/>
        <w:gridCol w:w="1694"/>
        <w:gridCol w:w="1694"/>
        <w:gridCol w:w="1694"/>
      </w:tblGrid>
      <w:tr w:rsidR="00A13A78" w14:paraId="319A8359" w14:textId="77777777"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534E77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Cost category</w:t>
            </w:r>
          </w:p>
        </w:tc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D8192C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2027 (€)</w:t>
            </w:r>
          </w:p>
        </w:tc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F8A02E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2028 (€)</w:t>
            </w:r>
          </w:p>
        </w:tc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897D9B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2029 (€)</w:t>
            </w:r>
          </w:p>
        </w:tc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772AC1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2030 (€)</w:t>
            </w:r>
          </w:p>
        </w:tc>
        <w:tc>
          <w:tcPr>
            <w:tcW w:w="1694" w:type="dxa"/>
            <w:shd w:val="clear" w:color="auto" w:fill="112B1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848ECB" w14:textId="77777777" w:rsidR="00A13A78" w:rsidRDefault="00CA556C">
            <w:pPr>
              <w:jc w:val="center"/>
            </w:pPr>
            <w:r>
              <w:rPr>
                <w:b/>
                <w:color w:val="FFFFFF"/>
                <w:sz w:val="15"/>
              </w:rPr>
              <w:t>Total (€)</w:t>
            </w:r>
          </w:p>
        </w:tc>
      </w:tr>
      <w:tr w:rsidR="00A13A78" w14:paraId="672FE052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EC2044" w14:textId="77777777" w:rsidR="00A13A78" w:rsidRDefault="00CA556C">
            <w:r>
              <w:rPr>
                <w:color w:val="112B19"/>
                <w:sz w:val="15"/>
              </w:rPr>
              <w:t>Staff costs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F3570B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2E52B3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25DEB6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D42FB8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E8F620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20ADEC0D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750742" w14:textId="77777777" w:rsidR="00A13A78" w:rsidRDefault="00CA556C">
            <w:r>
              <w:rPr>
                <w:color w:val="112B19"/>
                <w:sz w:val="15"/>
              </w:rPr>
              <w:t>Repository / data infrastructure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D94DCC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4C3EE1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FFA815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549482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EDF2AB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3CCBF16F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A88FA5" w14:textId="77777777" w:rsidR="00A13A78" w:rsidRDefault="00CA556C">
            <w:r>
              <w:rPr>
                <w:color w:val="112B19"/>
                <w:sz w:val="15"/>
              </w:rPr>
              <w:t>Software, licences and technical services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5D2689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C36756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CA9121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8ACD3F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4D19B7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5379D1DE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EAEC87" w14:textId="77777777" w:rsidR="00A13A78" w:rsidRDefault="00CA556C">
            <w:r>
              <w:rPr>
                <w:color w:val="112B19"/>
                <w:sz w:val="15"/>
              </w:rPr>
              <w:t>Training, outreach and user support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05C291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AC86A2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A7E619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6954B4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CEB968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26A763F0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13A5B8" w14:textId="77777777" w:rsidR="00A13A78" w:rsidRDefault="00CA556C">
            <w:r>
              <w:rPr>
                <w:color w:val="112B19"/>
                <w:sz w:val="15"/>
              </w:rPr>
              <w:t>Travel and CESSDA participation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1736F7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EEA757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756965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53D0CC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34EE7D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7A958C73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6457B3" w14:textId="77777777" w:rsidR="00A13A78" w:rsidRDefault="00CA556C">
            <w:r>
              <w:rPr>
                <w:color w:val="112B19"/>
                <w:sz w:val="15"/>
              </w:rPr>
              <w:t>Other direct costs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B4EFC5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2F15DD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E0EEEE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3010F6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991EA9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6E6B28AD" w14:textId="77777777">
        <w:tc>
          <w:tcPr>
            <w:tcW w:w="1694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294C6C" w14:textId="77777777" w:rsidR="00A13A78" w:rsidRDefault="00CA556C">
            <w:r>
              <w:rPr>
                <w:color w:val="112B19"/>
                <w:sz w:val="15"/>
              </w:rPr>
              <w:t>Overheads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5EE533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961BE7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B6BA77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C3A44C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  <w:tc>
          <w:tcPr>
            <w:tcW w:w="1694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2604EE" w14:textId="77777777" w:rsidR="00A13A78" w:rsidRDefault="00CA556C">
            <w:pPr>
              <w:jc w:val="right"/>
            </w:pPr>
            <w:r>
              <w:rPr>
                <w:color w:val="5F6368"/>
                <w:sz w:val="15"/>
              </w:rPr>
              <w:t>€</w:t>
            </w:r>
          </w:p>
        </w:tc>
      </w:tr>
      <w:tr w:rsidR="00A13A78" w14:paraId="60CD3444" w14:textId="77777777"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F53985" w14:textId="77777777" w:rsidR="00A13A78" w:rsidRDefault="00CA556C">
            <w:r>
              <w:rPr>
                <w:b/>
                <w:color w:val="FFFFFF"/>
                <w:sz w:val="15"/>
              </w:rPr>
              <w:t>TOTAL</w:t>
            </w:r>
          </w:p>
        </w:tc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448C36" w14:textId="77777777" w:rsidR="00A13A78" w:rsidRDefault="00CA556C">
            <w:pPr>
              <w:jc w:val="right"/>
            </w:pPr>
            <w:r>
              <w:rPr>
                <w:b/>
                <w:color w:val="FFFFFF"/>
                <w:sz w:val="15"/>
              </w:rPr>
              <w:t>€</w:t>
            </w:r>
          </w:p>
        </w:tc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C6ED2B" w14:textId="77777777" w:rsidR="00A13A78" w:rsidRDefault="00CA556C">
            <w:pPr>
              <w:jc w:val="right"/>
            </w:pPr>
            <w:r>
              <w:rPr>
                <w:b/>
                <w:color w:val="FFFFFF"/>
                <w:sz w:val="15"/>
              </w:rPr>
              <w:t>€</w:t>
            </w:r>
          </w:p>
        </w:tc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55850A" w14:textId="77777777" w:rsidR="00A13A78" w:rsidRDefault="00CA556C">
            <w:pPr>
              <w:jc w:val="right"/>
            </w:pPr>
            <w:r>
              <w:rPr>
                <w:b/>
                <w:color w:val="FFFFFF"/>
                <w:sz w:val="15"/>
              </w:rPr>
              <w:t>€</w:t>
            </w:r>
          </w:p>
        </w:tc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224013" w14:textId="77777777" w:rsidR="00A13A78" w:rsidRDefault="00CA556C">
            <w:pPr>
              <w:jc w:val="right"/>
            </w:pPr>
            <w:r>
              <w:rPr>
                <w:b/>
                <w:color w:val="FFFFFF"/>
                <w:sz w:val="15"/>
              </w:rPr>
              <w:t>€</w:t>
            </w:r>
          </w:p>
        </w:tc>
        <w:tc>
          <w:tcPr>
            <w:tcW w:w="1694" w:type="dxa"/>
            <w:shd w:val="clear" w:color="auto" w:fill="77206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FF28BE" w14:textId="77777777" w:rsidR="00A13A78" w:rsidRDefault="00CA556C">
            <w:pPr>
              <w:jc w:val="right"/>
            </w:pPr>
            <w:r>
              <w:rPr>
                <w:b/>
                <w:color w:val="FFFFFF"/>
                <w:sz w:val="15"/>
              </w:rPr>
              <w:t>€</w:t>
            </w:r>
          </w:p>
        </w:tc>
      </w:tr>
    </w:tbl>
    <w:p w14:paraId="3CF2D8B6" w14:textId="77777777" w:rsidR="00A13A78" w:rsidRDefault="00A13A78">
      <w:pPr>
        <w:spacing w:after="20"/>
      </w:pP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13A78" w14:paraId="01CB4A62" w14:textId="77777777">
        <w:tc>
          <w:tcPr>
            <w:tcW w:w="10166" w:type="dxa"/>
            <w:shd w:val="clear" w:color="auto" w:fill="EAF0E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0E9304" w14:textId="255A2DDD" w:rsidR="00A13A78" w:rsidRDefault="00CA556C">
            <w:r>
              <w:rPr>
                <w:b/>
                <w:color w:val="112B19"/>
                <w:sz w:val="18"/>
              </w:rPr>
              <w:t>Budget justification</w:t>
            </w:r>
          </w:p>
        </w:tc>
      </w:tr>
      <w:tr w:rsidR="00A13A78" w14:paraId="51F6A395" w14:textId="77777777">
        <w:tc>
          <w:tcPr>
            <w:tcW w:w="10166" w:type="dxa"/>
            <w:shd w:val="clear" w:color="auto" w:fill="F4F4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6E255D" w14:textId="695FFDEA" w:rsidR="00A13A78" w:rsidRDefault="00CA556C">
            <w:r>
              <w:rPr>
                <w:color w:val="5F6368"/>
                <w:sz w:val="15"/>
              </w:rPr>
              <w:t xml:space="preserve"> Provid</w:t>
            </w:r>
            <w:r w:rsidR="00D95F25">
              <w:rPr>
                <w:color w:val="5F6368"/>
                <w:sz w:val="15"/>
              </w:rPr>
              <w:t>e a narrative justification for</w:t>
            </w:r>
            <w:r>
              <w:rPr>
                <w:color w:val="5F6368"/>
                <w:sz w:val="15"/>
              </w:rPr>
              <w:t xml:space="preserve"> staffing, </w:t>
            </w:r>
            <w:r w:rsidR="00CF04CB">
              <w:rPr>
                <w:color w:val="5F6368"/>
                <w:sz w:val="15"/>
              </w:rPr>
              <w:t>data infrastructure</w:t>
            </w:r>
            <w:r>
              <w:rPr>
                <w:color w:val="5F6368"/>
                <w:sz w:val="15"/>
              </w:rPr>
              <w:t>,</w:t>
            </w:r>
            <w:r w:rsidR="00945014">
              <w:rPr>
                <w:color w:val="5F6368"/>
                <w:sz w:val="15"/>
              </w:rPr>
              <w:t xml:space="preserve"> training</w:t>
            </w:r>
            <w:r w:rsidR="009E354B">
              <w:rPr>
                <w:color w:val="5F6368"/>
                <w:sz w:val="15"/>
              </w:rPr>
              <w:t xml:space="preserve"> and outreach activities</w:t>
            </w:r>
            <w:r w:rsidR="00CF04CB">
              <w:rPr>
                <w:color w:val="5F6368"/>
                <w:sz w:val="15"/>
              </w:rPr>
              <w:t xml:space="preserve"> and other costings</w:t>
            </w:r>
            <w:r w:rsidR="009E354B">
              <w:rPr>
                <w:color w:val="5F6368"/>
                <w:sz w:val="15"/>
              </w:rPr>
              <w:t>.</w:t>
            </w:r>
            <w:r w:rsidR="00D95F25">
              <w:rPr>
                <w:color w:val="5F6368"/>
                <w:sz w:val="15"/>
              </w:rPr>
              <w:t xml:space="preserve"> A separate excel sheet can be submitted with the same headings in addition to this form.</w:t>
            </w:r>
            <w:r w:rsidR="009E354B">
              <w:rPr>
                <w:color w:val="5F6368"/>
                <w:sz w:val="15"/>
              </w:rPr>
              <w:t xml:space="preserve">  (500 words maximum). </w:t>
            </w:r>
          </w:p>
        </w:tc>
      </w:tr>
      <w:tr w:rsidR="00A13A78" w14:paraId="10643D94" w14:textId="77777777">
        <w:tc>
          <w:tcPr>
            <w:tcW w:w="10166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79EA04" w14:textId="77777777" w:rsidR="00A13A78" w:rsidRDefault="00CA556C">
            <w:r>
              <w:rPr>
                <w:color w:val="5F6368"/>
              </w:rPr>
              <w:t>Click or tap here to enter text.</w:t>
            </w:r>
          </w:p>
        </w:tc>
      </w:tr>
    </w:tbl>
    <w:p w14:paraId="0FB78278" w14:textId="77777777" w:rsidR="00A13A78" w:rsidRDefault="00A13A78">
      <w:pPr>
        <w:spacing w:after="20"/>
      </w:pPr>
    </w:p>
    <w:sectPr w:rsidR="00A13A78" w:rsidSect="00034616">
      <w:footerReference w:type="default" r:id="rId11"/>
      <w:pgSz w:w="12240" w:h="15840"/>
      <w:pgMar w:top="720" w:right="1037" w:bottom="720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4B0F" w14:textId="77777777" w:rsidR="008839BB" w:rsidRDefault="008839BB">
      <w:pPr>
        <w:spacing w:after="0" w:line="240" w:lineRule="auto"/>
      </w:pPr>
      <w:r>
        <w:separator/>
      </w:r>
    </w:p>
  </w:endnote>
  <w:endnote w:type="continuationSeparator" w:id="0">
    <w:p w14:paraId="3314E283" w14:textId="77777777" w:rsidR="008839BB" w:rsidRDefault="0088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B761" w14:textId="43DACFBC" w:rsidR="00A13A78" w:rsidRDefault="00CA556C">
    <w:pPr>
      <w:pStyle w:val="Footer"/>
      <w:jc w:val="center"/>
    </w:pPr>
    <w:r>
      <w:rPr>
        <w:color w:val="5F6368"/>
        <w:sz w:val="15"/>
      </w:rPr>
      <w:t xml:space="preserve">CESSDA National Node Application </w:t>
    </w:r>
    <w:proofErr w:type="gramStart"/>
    <w:r>
      <w:rPr>
        <w:color w:val="5F6368"/>
        <w:sz w:val="15"/>
      </w:rPr>
      <w:t>Form  |</w:t>
    </w:r>
    <w:proofErr w:type="gramEnd"/>
    <w:r>
      <w:rPr>
        <w:color w:val="5F6368"/>
        <w:sz w:val="15"/>
      </w:rPr>
      <w:t xml:space="preserve">  Research </w:t>
    </w:r>
    <w:proofErr w:type="gramStart"/>
    <w:r>
      <w:rPr>
        <w:color w:val="5F6368"/>
        <w:sz w:val="15"/>
      </w:rPr>
      <w:t>Ireland  |</w:t>
    </w:r>
    <w:proofErr w:type="gramEnd"/>
    <w:r>
      <w:rPr>
        <w:color w:val="5F6368"/>
        <w:sz w:val="15"/>
      </w:rPr>
      <w:t xml:space="preserve">  </w:t>
    </w:r>
    <w:r>
      <w:fldChar w:fldCharType="begin"/>
    </w:r>
    <w:r>
      <w:instrText>PAGE</w:instrText>
    </w:r>
    <w:r>
      <w:fldChar w:fldCharType="separate"/>
    </w:r>
    <w:r w:rsidR="003768E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3411B" w14:textId="77777777" w:rsidR="008839BB" w:rsidRDefault="008839BB">
      <w:pPr>
        <w:spacing w:after="0" w:line="240" w:lineRule="auto"/>
      </w:pPr>
      <w:r>
        <w:separator/>
      </w:r>
    </w:p>
  </w:footnote>
  <w:footnote w:type="continuationSeparator" w:id="0">
    <w:p w14:paraId="4FB40D41" w14:textId="77777777" w:rsidR="008839BB" w:rsidRDefault="00883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6955165">
    <w:abstractNumId w:val="8"/>
  </w:num>
  <w:num w:numId="2" w16cid:durableId="75514699">
    <w:abstractNumId w:val="6"/>
  </w:num>
  <w:num w:numId="3" w16cid:durableId="249966221">
    <w:abstractNumId w:val="5"/>
  </w:num>
  <w:num w:numId="4" w16cid:durableId="1101798315">
    <w:abstractNumId w:val="4"/>
  </w:num>
  <w:num w:numId="5" w16cid:durableId="1560937685">
    <w:abstractNumId w:val="7"/>
  </w:num>
  <w:num w:numId="6" w16cid:durableId="1138961734">
    <w:abstractNumId w:val="3"/>
  </w:num>
  <w:num w:numId="7" w16cid:durableId="1833376236">
    <w:abstractNumId w:val="2"/>
  </w:num>
  <w:num w:numId="8" w16cid:durableId="1780756799">
    <w:abstractNumId w:val="1"/>
  </w:num>
  <w:num w:numId="9" w16cid:durableId="60380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F0F"/>
    <w:rsid w:val="000F6FEB"/>
    <w:rsid w:val="0015074B"/>
    <w:rsid w:val="00175231"/>
    <w:rsid w:val="00232279"/>
    <w:rsid w:val="0029639D"/>
    <w:rsid w:val="00326F90"/>
    <w:rsid w:val="003768EB"/>
    <w:rsid w:val="008839BB"/>
    <w:rsid w:val="00945014"/>
    <w:rsid w:val="009E354B"/>
    <w:rsid w:val="00A13A78"/>
    <w:rsid w:val="00AA1D8D"/>
    <w:rsid w:val="00B47730"/>
    <w:rsid w:val="00CA556C"/>
    <w:rsid w:val="00CB0664"/>
    <w:rsid w:val="00CF04CB"/>
    <w:rsid w:val="00D95F25"/>
    <w:rsid w:val="00E0520C"/>
    <w:rsid w:val="00FC693F"/>
    <w:rsid w:val="4C4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020D674-2D5E-41A3-924C-A74BAE8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77206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66649BB4A524F8B516D10ECAFB5B8" ma:contentTypeVersion="3" ma:contentTypeDescription="Create a new document." ma:contentTypeScope="" ma:versionID="f0da8f82460bc8c308ecc3bcf9669585">
  <xsd:schema xmlns:xsd="http://www.w3.org/2001/XMLSchema" xmlns:xs="http://www.w3.org/2001/XMLSchema" xmlns:p="http://schemas.microsoft.com/office/2006/metadata/properties" xmlns:ns2="49783027-c8f1-44d2-b9b3-d0fbfa4fc44b" targetNamespace="http://schemas.microsoft.com/office/2006/metadata/properties" ma:root="true" ma:fieldsID="877a15bffe2cd4878be17abaf1436d5d" ns2:_="">
    <xsd:import namespace="49783027-c8f1-44d2-b9b3-d0fbfa4fc4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83027-c8f1-44d2-b9b3-d0fbfa4fc4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F8678-18CF-44CF-85AB-8CDA2E71CF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837A97-958B-4A60-9424-BA9ED58E1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0C921B-4830-401C-8604-8EDCEE88F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83027-c8f1-44d2-b9b3-d0fbfa4fc4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CESSDA National Node Application Form</vt:lpstr>
    </vt:vector>
  </TitlesOfParts>
  <Manager/>
  <Company/>
  <LinksUpToDate>false</LinksUpToDate>
  <CharactersWithSpaces>4968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CESSDA National Node Application Form</dc:title>
  <dc:subject/>
  <dc:creator>Rosemary Sweeney</dc:creator>
  <cp:keywords/>
  <dc:description>generated by python-docx</dc:description>
  <cp:lastModifiedBy>Rosemary Sweeney</cp:lastModifiedBy>
  <cp:revision>2</cp:revision>
  <dcterms:created xsi:type="dcterms:W3CDTF">2026-10-22T15:07:00Z</dcterms:created>
  <dcterms:modified xsi:type="dcterms:W3CDTF">2026-10-22T15:07:00Z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0x01010049666649BB4A524F8B516D10ECAFB5B8</vt:lpwstr>
  </property>
</Properties>
</file>